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ובקרת אמצע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קריטריוני המשוב לכתבה בעיתון השיתופי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רכיבים חשובים בכתבה: ליד, מקורות, מושג ספרותי,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בקרת האמצע בעבודת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הקריטריונים במשוב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טענה או ממצא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מקורות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דרושים לפחות שני מקורות מצוטטים ומופנים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בטופס המשוב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שאלה בבקרת אמצע למה שמחפשים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(ניסוח כרעיון או כשאלה, לא מילה בודדת)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(ליד שמציג טענה או ממצא)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(מקור אחד לפחות מכל חבר צוות, עם הפניה מדויקת)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צריכה לכלול תמה מנוסחת כרעיון או שאלה ודוגמה קונקרטית מיצירה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קושי אמיתי והצעה קונקרטית לעזרה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משוב עמיתים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משוב מכבד הכולל התייחסות קונקרטית לפחות לשני קריטריונים מהטופס, שבח ברור והצעה מעשית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 הוא מילים מהיצירה, פירוש הוא הסבר המשמעות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עקביות עוזרת לקורא להבין את סוג הטקסט ולא להתבלבל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בקרת האמצע בודקת גם עבודת צוות, עומס וקשיים, לא רק את הטקסט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טופס המשוב בזוגות לפני ההגשה הסופית, כתרגול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את שיחת בקרת האמצע בקבוצות קטנות כדי לאפשר לכל חבר/ת צוות לדבר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הגרסה הקלה (ללא הפריטים המסומנים) מתאימה לתרגול ראשוני לפני השיחה האמיתית עם הצוות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ובקרת אמצע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לפני שמגישים כתבה סופית, הצוותים עוברים משוב עמיתים ושיחת בקרת אמצע עם המורה. הדף הזה מתרגל את הקריטריונים לפיהם בודקים כתבה, ואת השאלות שנשאלות בבקרת האמצע.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תמה  ·  פירוש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הקריטריונים במשוב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צריך ליד טוב להציג, לפי טופס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נושא כללי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טענה או ממצא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הטופס, כמה מקורות מהיצירות צריכים להופיע בכתבה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מקורות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הטופס, מספיק ציטוט אחד מהיצירות בכתבה.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ציטוט צריך להוסיף פירוש ולא רק לחזור עליו במילים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שאלה בבקרת אמצע למה שמחפשים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מהי התמה שבחרתם?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ליד שמציג טענה או ממצא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הכותרת והליד שלכם?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מקור אחד לפחות מכל חבר צוות, עם הפניה מדויקת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אילו מקורות הבאתם?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ניסוח כרעיון או כשאלה, לא מילה בודדת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הליד מבהיר מיד על מה הכתבה ומה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כל ציטוט מגיע __________, ולא רק חזרה במילים אחרות.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התמה שבחרתם לעיתון, ואיך היא מתחברת ליצירה אחת לפחות?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הקושי הגדול ביותר של הצוות כרגע, ובמה המורה יכולה לעזור?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משוב עמיתים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 כתבה של צוות אחר וכתבו לו משוב: ציינו דבר אחד שאהבתם ודבר אחד שהייתם מציעים לשפר, בהתאם לקריטריונים בטופס.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ציטוט לפירוש בכתבה?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שסוג הכתבה יהיה עקבי לאורך כל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משוב עמיתים ובקרת אמצע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