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ובקרת אמצע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קריטריוני המשוב לכתבה בעיתון השיתופי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רכיבים חשובים בכתבה: ליד, מקורות, מושג ספרותי,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בקרת האמצע בעבודת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הקריטריונים במשוב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 או ממצא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פירוש ולא רק חזרה במילים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 הוא משמש להסבר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לזהות קשיים ולהתערב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שהיא ברורה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דרושים לפחות שני מקורות מצוטטים ומופנים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בטופס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הסוג צריך להיות ברור ועקבי לאורך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השאלות המרכזיות בבקרה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צריכה להיות עמדה שאפשר להתווכח איתה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שאלה בבקרת אמצע למה שמחפשים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(ניסוח כרעיון או כשאלה, לא מילה בודדת)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(ליד שמציג טענה או ממצא)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(מקור אחד לפחות מכל חבר צוות, עם הפניה מדויקת)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(שימוש פרשני וזיהוי נכון של המושג)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(חלוקה הוגנת וזיהוי עומס)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צריכה לכלול תמה מנוסחת כרעיון או שאלה ודוגמה קונקרטית מיצירה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מושגים מזוהים נכון עם הסבר פרשני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קושי אמיתי והצעה קונקרטית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משוב מכבד הכולל התייחסות קונקרטית לפחות לשני קריטריונים מהטופס, שבח ברור והצעה מעשית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הוא מילים מהיצירה, פירוש הוא הסבר המשמעות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עקביות עוזרת לקורא להבין את סוג הטקסט ולא להתבלבל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בקרת האמצע בודקת גם עבודת צוות, עומס וקשיים, לא רק את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טופס המשוב בזוגות לפני ההגשה הסופית, כתרגול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את שיחת בקרת האמצע בקבוצות קטנות כדי לאפשר לכל חבר/ת צוות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הגרסה הקלה (ללא הפריטים המסומנים) מתאימה לתרגול ראשוני לפני השיחה האמיתית עם הצוות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ובקרת אמצע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כשכותבים כתבה לעיתון, חברים בוחנים אותה לפי כמה כללים. גם המורה שואלת שאלות באמצע העבודה, כדי לעזור לצוות. בדף הזה נתרגל את הכללים והשאלות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כיתה קוראים כתבה ואומרים מה טוב ומה כדאי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בקרת אמצע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המורה באמצע העבודה כדי לבדוק התקדמות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הפותח שמציג את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שמחבר בין יצירות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מתוך יצירה, עם הפניה מדויקת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מונח המשמש להסבר משמעות בטקסט, לא רק אזכור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של הכותב/ת שאפשר להתווכח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אורך הכתבה הנדרש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הקריטריונים במשוב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להיות בפתיחה של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כללי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או ממצא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ציטוטים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אחרי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ציטוט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פירוש ולא רק חזרה במילים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משתמשים נכון במושג 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הוא רק מוזכר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הוא משמש להסבר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הוא מופיע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הוא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עושים שיחת בקרה באמצע?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קשיים ולהתערב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חברי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צריכה להיראות עמדה אישית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ברורה ומנומקת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זהה לעמדת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לא מופיעה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רק בסוף הכתבה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הטופס, מספיק ציטוט אחד מהיצירות בכתבה.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ציטוט צריך להוסיף פירוש ולא רק לחזור עליו במילים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הכתבה, כמו ריאיון או טור דעה, יכול להשתנות כמה פעמים לאורך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בבקרת האמצע בודקים גם אם מישהו בצוות מרגיש עומס.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העמדה האישית בכתבת המשנה צריכה להיות קביעה מובנת מאליה שאי אפשר להתווכח איתה.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שאלה בבקרת אמצע למה שמחפשים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מהי התמה שבחרתם?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מקור אחד לפחות מכל חבר צוות, עם הפניה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הכותרת והליד שלכם?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ניסוח כרעיון או כשאלה, לא מילה בודדת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אילו מקורות הבאתם?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חלוקה הוגנת וזיהוי עומס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באילו מושגים ספרותיים אתם משתמשים?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ליד שמציג טענה או ממצא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איך מתחלקת העבודה בצוות?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שימוש פרשני וזיהוי נכון של המושג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הליד מבהיר מיד על מה הכתבה ומה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כל ציטוט מגיע __________, ולא רק חזרה במילים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לפחות שני __________ מהיצירות, מצוטטים במירכאות ועם הפניה.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האישית של הכותב/ת צריכה להיות ברורה ומנומקת.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בבקרת האמצע בודקים אם מישהו בצוות מרגיש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התמה שבחרתם לעיתון, ואיך היא מתחברת ליצירה אחת לפחות?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מושגים ספרותיים אתם משתמשים בכתבה המרכזית, ומה כל אחד מהם מסביר?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הקושי הגדול ביותר של הצוות כרגע, ובמה המורה יכולה לעזור?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משוב עמיתים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כתבה של צוות אחר וכתבו לו משוב: ציינו דבר אחד שאהבתם ודבר אחד שהייתם מציעים לשפר, בהתאם לקריטריונים בטופס.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ציטוט לפירוש בכתבה?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שסוג הכתבה יהיה עקבי לאורך כל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בודקת בקרת האמצע שלא בודק טופס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עמיתים ובקרת אמצע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